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282A1" w14:textId="77777777" w:rsidR="0095583F" w:rsidRDefault="00000000">
      <w:pPr>
        <w:spacing w:after="0"/>
      </w:pPr>
      <w:r>
        <w:rPr>
          <w:noProof/>
        </w:rPr>
        <w:drawing>
          <wp:inline distT="0" distB="0" distL="0" distR="0" wp14:anchorId="5BB9EF31" wp14:editId="071A18CD">
            <wp:extent cx="1417320" cy="9448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A117D" w14:textId="77777777" w:rsidR="0095583F" w:rsidRDefault="00000000">
      <w:pPr>
        <w:pStyle w:val="Title"/>
        <w:jc w:val="center"/>
      </w:pPr>
      <w:r>
        <w:t>Healthcare Professional Referral Form</w:t>
      </w:r>
    </w:p>
    <w:p w14:paraId="002DA854" w14:textId="77777777" w:rsidR="0095583F" w:rsidRDefault="00000000">
      <w:pPr>
        <w:spacing w:line="240" w:lineRule="auto"/>
        <w:jc w:val="center"/>
      </w:pPr>
      <w:r>
        <w:rPr>
          <w:b/>
          <w:color w:val="24445C"/>
          <w:sz w:val="20"/>
        </w:rPr>
        <w:t>HELLO SOCIAL WORKERS | Integrated Social Work and Psychotherapy</w:t>
      </w:r>
    </w:p>
    <w:p w14:paraId="729F4FAB" w14:textId="77777777" w:rsidR="0095583F" w:rsidRDefault="00000000">
      <w:pPr>
        <w:spacing w:after="80" w:line="240" w:lineRule="auto"/>
        <w:jc w:val="center"/>
      </w:pPr>
      <w:r>
        <w:rPr>
          <w:sz w:val="17"/>
        </w:rPr>
        <w:t>Please complete this form with the client’s consent and include only information relevant to the referral.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95583F" w14:paraId="3DA94037" w14:textId="77777777">
        <w:trPr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C03E74" w14:textId="77777777" w:rsidR="0095583F" w:rsidRDefault="00000000">
            <w:pPr>
              <w:spacing w:after="0" w:line="240" w:lineRule="auto"/>
            </w:pPr>
            <w:r>
              <w:t>Date of referral  __________________________________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28C8B9" w14:textId="77777777" w:rsidR="0095583F" w:rsidRDefault="00000000">
            <w:pPr>
              <w:spacing w:after="0" w:line="240" w:lineRule="auto"/>
            </w:pPr>
            <w:r>
              <w:t>Referral priority   ☐ Standard   ☐ Semi Urgent   ☐ Urgent</w:t>
            </w:r>
          </w:p>
        </w:tc>
      </w:tr>
      <w:tr w:rsidR="0095583F" w14:paraId="5F1260D3" w14:textId="77777777">
        <w:trPr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11641C" w14:textId="77777777" w:rsidR="0095583F" w:rsidRDefault="00000000">
            <w:pPr>
              <w:spacing w:after="0" w:line="240" w:lineRule="auto"/>
            </w:pPr>
            <w:r>
              <w:t>Preferred service   ☐ Psychotherapy   ☐ Social Work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3A4FC1" w14:textId="77777777" w:rsidR="0095583F" w:rsidRDefault="00000000">
            <w:pPr>
              <w:spacing w:after="0" w:line="240" w:lineRule="auto"/>
            </w:pPr>
            <w:r>
              <w:t>☐ Case management   ☐ System navigation   ☐ Unsure</w:t>
            </w:r>
          </w:p>
        </w:tc>
      </w:tr>
    </w:tbl>
    <w:p w14:paraId="5F1963F4" w14:textId="77777777" w:rsidR="0095583F" w:rsidRDefault="00000000">
      <w:pPr>
        <w:pStyle w:val="Heading1"/>
        <w:shd w:val="clear" w:color="auto" w:fill="EAF2F6"/>
        <w:spacing w:before="100"/>
        <w:ind w:left="86"/>
      </w:pPr>
      <w:r>
        <w:t>Client Information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95583F" w14:paraId="4F44553C" w14:textId="77777777">
        <w:trPr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1C77A8" w14:textId="77777777" w:rsidR="0095583F" w:rsidRDefault="00000000">
            <w:pPr>
              <w:spacing w:after="0" w:line="240" w:lineRule="auto"/>
            </w:pPr>
            <w:r>
              <w:t>Legal name  ______________________________________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275714" w14:textId="77777777" w:rsidR="0095583F" w:rsidRDefault="00000000">
            <w:pPr>
              <w:spacing w:after="0" w:line="240" w:lineRule="auto"/>
            </w:pPr>
            <w:r>
              <w:t>Preferred name  _________________________________</w:t>
            </w:r>
          </w:p>
        </w:tc>
      </w:tr>
      <w:tr w:rsidR="0095583F" w14:paraId="04A88497" w14:textId="77777777">
        <w:trPr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86B6C4" w14:textId="77777777" w:rsidR="0095583F" w:rsidRDefault="00000000">
            <w:pPr>
              <w:spacing w:after="0" w:line="240" w:lineRule="auto"/>
            </w:pPr>
            <w:r>
              <w:t>Date of birth  ____________________________________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1E3A1F" w14:textId="77777777" w:rsidR="0095583F" w:rsidRDefault="00000000">
            <w:pPr>
              <w:spacing w:after="0" w:line="240" w:lineRule="auto"/>
            </w:pPr>
            <w:r>
              <w:t>Pronouns  _______________________________________</w:t>
            </w:r>
          </w:p>
        </w:tc>
      </w:tr>
      <w:tr w:rsidR="0095583F" w14:paraId="487A0F3F" w14:textId="77777777">
        <w:trPr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F359B7" w14:textId="77777777" w:rsidR="0095583F" w:rsidRDefault="00000000">
            <w:pPr>
              <w:spacing w:after="0" w:line="240" w:lineRule="auto"/>
            </w:pPr>
            <w:r>
              <w:t>Phone  __________________________________________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C5988C" w14:textId="77777777" w:rsidR="0095583F" w:rsidRDefault="00000000">
            <w:pPr>
              <w:spacing w:after="0" w:line="240" w:lineRule="auto"/>
            </w:pPr>
            <w:r>
              <w:t>Email  __________________________________________</w:t>
            </w:r>
          </w:p>
        </w:tc>
      </w:tr>
      <w:tr w:rsidR="0095583F" w14:paraId="6626F9FD" w14:textId="77777777">
        <w:trPr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A7BC4E" w14:textId="77777777" w:rsidR="0095583F" w:rsidRDefault="00000000">
            <w:pPr>
              <w:spacing w:after="0" w:line="240" w:lineRule="auto"/>
            </w:pPr>
            <w:r>
              <w:t>Address  _________________________________________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EFBCB2" w14:textId="77777777" w:rsidR="0095583F" w:rsidRDefault="00000000">
            <w:pPr>
              <w:spacing w:after="0" w:line="240" w:lineRule="auto"/>
            </w:pPr>
            <w:r>
              <w:t>City and postal code  _____________________________</w:t>
            </w:r>
          </w:p>
        </w:tc>
      </w:tr>
    </w:tbl>
    <w:p w14:paraId="00514C89" w14:textId="77777777" w:rsidR="0095583F" w:rsidRDefault="00000000">
      <w:pPr>
        <w:spacing w:after="40" w:line="240" w:lineRule="auto"/>
      </w:pPr>
      <w:r>
        <w:t>Preferred contact:   ☐ Phone   ☐ Voicemail permitted   ☐ Email   ☐ Text   ☐ Other: ____________________</w:t>
      </w:r>
    </w:p>
    <w:p w14:paraId="49F1CD48" w14:textId="77777777" w:rsidR="0095583F" w:rsidRDefault="00000000">
      <w:pPr>
        <w:spacing w:after="40" w:line="240" w:lineRule="auto"/>
      </w:pPr>
      <w:r>
        <w:t>Language(s): ______________________________   Interpreter required: ☐ No  ☐ Yes   Language: ________________</w:t>
      </w:r>
    </w:p>
    <w:p w14:paraId="5C5D0EC2" w14:textId="77777777" w:rsidR="0095583F" w:rsidRDefault="00000000">
      <w:pPr>
        <w:spacing w:after="0" w:line="240" w:lineRule="auto"/>
      </w:pPr>
      <w:r>
        <w:t>Accessibility, cultural, faith, identity, communication, or scheduling considerations:</w:t>
      </w:r>
    </w:p>
    <w:p w14:paraId="790C1B43" w14:textId="77777777" w:rsidR="0095583F" w:rsidRDefault="00000000">
      <w:pPr>
        <w:spacing w:after="20" w:line="240" w:lineRule="auto"/>
      </w:pPr>
      <w:r>
        <w:rPr>
          <w:color w:val="828282"/>
          <w:sz w:val="16"/>
        </w:rPr>
        <w:t>________________________________________________________________________________</w:t>
      </w:r>
    </w:p>
    <w:p w14:paraId="607EE408" w14:textId="77777777" w:rsidR="0095583F" w:rsidRDefault="00000000">
      <w:pPr>
        <w:pStyle w:val="Heading1"/>
        <w:shd w:val="clear" w:color="auto" w:fill="EAF2F6"/>
        <w:spacing w:before="100"/>
        <w:ind w:left="86"/>
      </w:pPr>
      <w:r>
        <w:t>Referral Information</w:t>
      </w:r>
    </w:p>
    <w:p w14:paraId="7EFEE922" w14:textId="77777777" w:rsidR="0095583F" w:rsidRDefault="00000000">
      <w:pPr>
        <w:spacing w:after="40" w:line="240" w:lineRule="auto"/>
      </w:pPr>
      <w:r>
        <w:rPr>
          <w:b/>
        </w:rPr>
        <w:t>Primary reason(s) for referral - check all that apply:</w:t>
      </w:r>
    </w:p>
    <w:p w14:paraId="1442C294" w14:textId="77777777" w:rsidR="0095583F" w:rsidRDefault="00000000">
      <w:pPr>
        <w:spacing w:after="20" w:line="240" w:lineRule="auto"/>
      </w:pPr>
      <w:r>
        <w:t>☐ Anxiety or stress     ☐ Depression or low mood     ☐ Grief or loss     ☐ Trauma-related concerns</w:t>
      </w:r>
    </w:p>
    <w:p w14:paraId="602F59BE" w14:textId="77777777" w:rsidR="0095583F" w:rsidRDefault="00000000">
      <w:pPr>
        <w:spacing w:after="20" w:line="240" w:lineRule="auto"/>
      </w:pPr>
      <w:r>
        <w:t>☐ Life or health transition     ☐ Relationship or family concerns     ☐ Parenting or youth support</w:t>
      </w:r>
    </w:p>
    <w:p w14:paraId="1392ADC9" w14:textId="77777777" w:rsidR="0095583F" w:rsidRDefault="00000000">
      <w:pPr>
        <w:spacing w:after="20" w:line="240" w:lineRule="auto"/>
      </w:pPr>
      <w:r>
        <w:t>☐ Newcomer or refugee settlement     ☐ Older-adult concerns     ☐ Caregiver support</w:t>
      </w:r>
    </w:p>
    <w:p w14:paraId="7D21B0BD" w14:textId="77777777" w:rsidR="0095583F" w:rsidRDefault="00000000">
      <w:pPr>
        <w:spacing w:after="20" w:line="240" w:lineRule="auto"/>
      </w:pPr>
      <w:r>
        <w:t>☐ Case management     ☐ System navigation or resources     ☐ Other: ______________________________</w:t>
      </w:r>
    </w:p>
    <w:p w14:paraId="10862FC2" w14:textId="77777777" w:rsidR="0095583F" w:rsidRDefault="00000000">
      <w:pPr>
        <w:spacing w:after="0" w:line="240" w:lineRule="auto"/>
      </w:pPr>
      <w:r>
        <w:rPr>
          <w:b/>
        </w:rPr>
        <w:t>Presenting concerns, relevant history, current stressors, and requested support:</w:t>
      </w:r>
    </w:p>
    <w:p w14:paraId="06E2EAF0" w14:textId="77777777" w:rsidR="0095583F" w:rsidRDefault="00000000">
      <w:pPr>
        <w:spacing w:after="20" w:line="240" w:lineRule="auto"/>
      </w:pPr>
      <w:r>
        <w:rPr>
          <w:color w:val="828282"/>
          <w:sz w:val="16"/>
        </w:rPr>
        <w:t>________________________________________________________________________________</w:t>
      </w:r>
    </w:p>
    <w:p w14:paraId="4A5BBB46" w14:textId="77777777" w:rsidR="0095583F" w:rsidRDefault="00000000">
      <w:pPr>
        <w:spacing w:after="20" w:line="240" w:lineRule="auto"/>
      </w:pPr>
      <w:r>
        <w:rPr>
          <w:color w:val="828282"/>
          <w:sz w:val="16"/>
        </w:rPr>
        <w:t>________________________________________________________________________________</w:t>
      </w:r>
    </w:p>
    <w:p w14:paraId="3C2C4E36" w14:textId="77777777" w:rsidR="0095583F" w:rsidRDefault="00000000">
      <w:pPr>
        <w:spacing w:after="20" w:line="240" w:lineRule="auto"/>
      </w:pPr>
      <w:r>
        <w:rPr>
          <w:color w:val="828282"/>
          <w:sz w:val="16"/>
        </w:rPr>
        <w:t>________________________________________________________________________________</w:t>
      </w:r>
    </w:p>
    <w:p w14:paraId="0AC14909" w14:textId="77777777" w:rsidR="0095583F" w:rsidRDefault="00000000">
      <w:pPr>
        <w:spacing w:after="0" w:line="240" w:lineRule="auto"/>
      </w:pPr>
      <w:r>
        <w:rPr>
          <w:b/>
        </w:rPr>
        <w:t>Relevant diagnoses or medical conditions, if applicable:</w:t>
      </w:r>
    </w:p>
    <w:p w14:paraId="341B8276" w14:textId="77777777" w:rsidR="0095583F" w:rsidRDefault="00000000">
      <w:pPr>
        <w:spacing w:after="20" w:line="240" w:lineRule="auto"/>
      </w:pPr>
      <w:r>
        <w:rPr>
          <w:color w:val="828282"/>
          <w:sz w:val="16"/>
        </w:rPr>
        <w:t>________________________________________________________________________________</w:t>
      </w:r>
    </w:p>
    <w:p w14:paraId="1E68B872" w14:textId="77777777" w:rsidR="0095583F" w:rsidRDefault="00000000">
      <w:pPr>
        <w:spacing w:after="20" w:line="240" w:lineRule="auto"/>
      </w:pPr>
      <w:r>
        <w:rPr>
          <w:color w:val="828282"/>
          <w:sz w:val="16"/>
        </w:rPr>
        <w:t>________________________________________________________________________________</w:t>
      </w:r>
    </w:p>
    <w:p w14:paraId="32789D25" w14:textId="77777777" w:rsidR="0095583F" w:rsidRDefault="00000000">
      <w:pPr>
        <w:spacing w:after="0" w:line="240" w:lineRule="auto"/>
      </w:pPr>
      <w:r>
        <w:rPr>
          <w:b/>
        </w:rPr>
        <w:t>Current supports, services, and involved providers:</w:t>
      </w:r>
    </w:p>
    <w:p w14:paraId="583162F7" w14:textId="77777777" w:rsidR="0095583F" w:rsidRDefault="00000000">
      <w:pPr>
        <w:spacing w:after="20" w:line="240" w:lineRule="auto"/>
      </w:pPr>
      <w:r>
        <w:rPr>
          <w:color w:val="828282"/>
          <w:sz w:val="16"/>
        </w:rPr>
        <w:t>________________________________________________________________________________</w:t>
      </w:r>
    </w:p>
    <w:p w14:paraId="79AE855A" w14:textId="77777777" w:rsidR="0095583F" w:rsidRDefault="00000000">
      <w:pPr>
        <w:spacing w:after="20" w:line="240" w:lineRule="auto"/>
      </w:pPr>
      <w:r>
        <w:rPr>
          <w:color w:val="828282"/>
          <w:sz w:val="16"/>
        </w:rPr>
        <w:t>________________________________________________________________________________</w:t>
      </w:r>
    </w:p>
    <w:p w14:paraId="373ED5EA" w14:textId="77777777" w:rsidR="0095583F" w:rsidRDefault="00000000">
      <w:pPr>
        <w:spacing w:after="40" w:line="240" w:lineRule="auto"/>
      </w:pPr>
      <w:r>
        <w:t>Relevant medications (optional): __________________________________________________________________</w:t>
      </w:r>
    </w:p>
    <w:p w14:paraId="00A1548B" w14:textId="77777777" w:rsidR="0095583F" w:rsidRDefault="00000000">
      <w:pPr>
        <w:spacing w:after="0" w:line="240" w:lineRule="auto"/>
      </w:pPr>
      <w:r>
        <w:t>Insurance or funding information, if known: _________________________________________________________</w:t>
      </w:r>
    </w:p>
    <w:p w14:paraId="48350680" w14:textId="77777777" w:rsidR="0095583F" w:rsidRDefault="0095583F">
      <w:pPr>
        <w:sectPr w:rsidR="0095583F">
          <w:footerReference w:type="default" r:id="rId9"/>
          <w:pgSz w:w="12240" w:h="15840"/>
          <w:pgMar w:top="691" w:right="835" w:bottom="691" w:left="835" w:header="720" w:footer="720" w:gutter="0"/>
          <w:cols w:space="720"/>
          <w:docGrid w:linePitch="360"/>
        </w:sectPr>
      </w:pPr>
    </w:p>
    <w:p w14:paraId="35474A92" w14:textId="77777777" w:rsidR="0095583F" w:rsidRDefault="00000000">
      <w:pPr>
        <w:pStyle w:val="Heading1"/>
        <w:shd w:val="clear" w:color="auto" w:fill="EAF2F6"/>
        <w:spacing w:before="100"/>
        <w:ind w:left="86"/>
      </w:pPr>
      <w:r>
        <w:lastRenderedPageBreak/>
        <w:t>Safety and Clinical Considerations</w:t>
      </w:r>
    </w:p>
    <w:p w14:paraId="0B04A1D4" w14:textId="77777777" w:rsidR="0095583F" w:rsidRDefault="00000000">
      <w:pPr>
        <w:spacing w:after="40" w:line="240" w:lineRule="auto"/>
      </w:pPr>
      <w:r>
        <w:rPr>
          <w:b/>
        </w:rPr>
        <w:t>Current or recent concerns - check all that apply:</w:t>
      </w:r>
    </w:p>
    <w:p w14:paraId="4BC0ECE0" w14:textId="77777777" w:rsidR="0095583F" w:rsidRDefault="00000000">
      <w:pPr>
        <w:spacing w:after="20" w:line="240" w:lineRule="auto"/>
      </w:pPr>
      <w:r>
        <w:t>☐ No known immediate safety concerns     ☐ Suicidal thoughts     ☐ Self-harm     ☐ Risk to others</w:t>
      </w:r>
    </w:p>
    <w:p w14:paraId="434C2351" w14:textId="77777777" w:rsidR="0095583F" w:rsidRDefault="00000000">
      <w:pPr>
        <w:spacing w:after="20" w:line="240" w:lineRule="auto"/>
      </w:pPr>
      <w:r>
        <w:t>☐ Abuse, neglect, or exploitation     ☐ Intimate-partner violence     ☐ Substance-use concerns</w:t>
      </w:r>
    </w:p>
    <w:p w14:paraId="5AF3C160" w14:textId="77777777" w:rsidR="0095583F" w:rsidRDefault="00000000">
      <w:pPr>
        <w:spacing w:after="20" w:line="240" w:lineRule="auto"/>
      </w:pPr>
      <w:r>
        <w:t>☐ Psychosis or severe disorganization     ☐ Housing insecurity     ☐ Other: __________________________</w:t>
      </w:r>
    </w:p>
    <w:p w14:paraId="544E6FBE" w14:textId="77777777" w:rsidR="0095583F" w:rsidRDefault="00000000">
      <w:pPr>
        <w:spacing w:after="0" w:line="240" w:lineRule="auto"/>
      </w:pPr>
      <w:r>
        <w:rPr>
          <w:b/>
        </w:rPr>
        <w:t>Details, protective factors, safety plan, and actions already taken:</w:t>
      </w:r>
    </w:p>
    <w:p w14:paraId="6021AD21" w14:textId="77777777" w:rsidR="0095583F" w:rsidRDefault="00000000">
      <w:pPr>
        <w:spacing w:after="20" w:line="240" w:lineRule="auto"/>
      </w:pPr>
      <w:r>
        <w:rPr>
          <w:color w:val="828282"/>
          <w:sz w:val="16"/>
        </w:rPr>
        <w:t>________________________________________________________________________________</w:t>
      </w:r>
    </w:p>
    <w:p w14:paraId="06FBB46B" w14:textId="77777777" w:rsidR="0095583F" w:rsidRDefault="00000000">
      <w:pPr>
        <w:spacing w:after="20" w:line="240" w:lineRule="auto"/>
      </w:pPr>
      <w:r>
        <w:rPr>
          <w:color w:val="828282"/>
          <w:sz w:val="16"/>
        </w:rPr>
        <w:t>________________________________________________________________________________</w:t>
      </w:r>
    </w:p>
    <w:p w14:paraId="01450FCB" w14:textId="77777777" w:rsidR="0095583F" w:rsidRDefault="00000000">
      <w:pPr>
        <w:spacing w:after="20" w:line="240" w:lineRule="auto"/>
      </w:pPr>
      <w:r>
        <w:rPr>
          <w:color w:val="828282"/>
          <w:sz w:val="16"/>
        </w:rPr>
        <w:t>________________________________________________________________________________</w:t>
      </w:r>
    </w:p>
    <w:p w14:paraId="517B8496" w14:textId="77777777" w:rsidR="0095583F" w:rsidRDefault="00000000">
      <w:pPr>
        <w:spacing w:after="20" w:line="240" w:lineRule="auto"/>
      </w:pPr>
      <w:r>
        <w:rPr>
          <w:color w:val="828282"/>
          <w:sz w:val="16"/>
        </w:rPr>
        <w:t>________________________________________________________________________________</w:t>
      </w:r>
    </w:p>
    <w:p w14:paraId="0A9A3DEC" w14:textId="77777777" w:rsidR="0095583F" w:rsidRDefault="00000000">
      <w:pPr>
        <w:spacing w:after="80" w:line="240" w:lineRule="auto"/>
      </w:pPr>
      <w:r>
        <w:rPr>
          <w:b/>
        </w:rPr>
        <w:t xml:space="preserve">Hello Social Workers is not an emergency or crisis service. </w:t>
      </w:r>
      <w:r>
        <w:t>If there is immediate danger or urgent medical or psychiatric risk, call 911 or direct the client to the nearest emergency department. Use local crisis services when clinically appropriate.</w:t>
      </w:r>
    </w:p>
    <w:p w14:paraId="5A4633FD" w14:textId="77777777" w:rsidR="0095583F" w:rsidRDefault="00000000">
      <w:pPr>
        <w:pStyle w:val="Heading1"/>
        <w:shd w:val="clear" w:color="auto" w:fill="EAF2F6"/>
        <w:spacing w:before="100"/>
        <w:ind w:left="86"/>
      </w:pPr>
      <w:r>
        <w:t>Client Consent</w:t>
      </w:r>
    </w:p>
    <w:p w14:paraId="52456606" w14:textId="77777777" w:rsidR="0095583F" w:rsidRDefault="00000000">
      <w:pPr>
        <w:spacing w:after="40" w:line="240" w:lineRule="auto"/>
      </w:pPr>
      <w:r>
        <w:rPr>
          <w:b/>
        </w:rPr>
        <w:t>Please confirm:</w:t>
      </w:r>
    </w:p>
    <w:p w14:paraId="4B67CA59" w14:textId="77777777" w:rsidR="0095583F" w:rsidRDefault="00000000">
      <w:pPr>
        <w:spacing w:after="40" w:line="240" w:lineRule="auto"/>
      </w:pPr>
      <w:r>
        <w:t>☐ The client or authorized substitute decision-maker has consented to this referral.</w:t>
      </w:r>
    </w:p>
    <w:p w14:paraId="67CA8DD3" w14:textId="77777777" w:rsidR="0095583F" w:rsidRDefault="00000000">
      <w:pPr>
        <w:spacing w:after="40" w:line="240" w:lineRule="auto"/>
      </w:pPr>
      <w:r>
        <w:t>☐ The client understands that Hello Social Workers may contact them about services.</w:t>
      </w:r>
    </w:p>
    <w:p w14:paraId="60AFBB28" w14:textId="77777777" w:rsidR="0095583F" w:rsidRDefault="00000000">
      <w:pPr>
        <w:spacing w:after="40" w:line="240" w:lineRule="auto"/>
      </w:pPr>
      <w:r>
        <w:t>☐ The client consents to communication between Hello Social Workers and the referring provider for care coordination.</w:t>
      </w:r>
    </w:p>
    <w:p w14:paraId="50ABCFC3" w14:textId="77777777" w:rsidR="0095583F" w:rsidRDefault="00000000">
      <w:pPr>
        <w:spacing w:after="40" w:line="240" w:lineRule="auto"/>
      </w:pPr>
      <w:r>
        <w:t>Consent provided by: ☐ Client  ☐ Substitute decision-maker  ☐ Other authorized person</w:t>
      </w:r>
    </w:p>
    <w:p w14:paraId="6A4E4AB2" w14:textId="77777777" w:rsidR="0095583F" w:rsidRDefault="00000000">
      <w:pPr>
        <w:spacing w:after="0" w:line="240" w:lineRule="auto"/>
      </w:pPr>
      <w:r>
        <w:t>Name and relationship, if applicable: ______________________________________________________________</w:t>
      </w:r>
    </w:p>
    <w:p w14:paraId="58948D37" w14:textId="77777777" w:rsidR="0095583F" w:rsidRDefault="00000000">
      <w:pPr>
        <w:pStyle w:val="Heading1"/>
        <w:shd w:val="clear" w:color="auto" w:fill="EAF2F6"/>
        <w:spacing w:before="100"/>
        <w:ind w:left="86"/>
      </w:pPr>
      <w:r>
        <w:t>Referring Professional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95583F" w14:paraId="011C917B" w14:textId="77777777">
        <w:trPr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FA6F2A" w14:textId="77777777" w:rsidR="0095583F" w:rsidRDefault="00000000">
            <w:pPr>
              <w:spacing w:after="0" w:line="240" w:lineRule="auto"/>
            </w:pPr>
            <w:r>
              <w:t>Name  ___________________________________________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878597" w14:textId="77777777" w:rsidR="0095583F" w:rsidRDefault="00000000">
            <w:pPr>
              <w:spacing w:after="0" w:line="240" w:lineRule="auto"/>
            </w:pPr>
            <w:r>
              <w:t>Professional designation  _________________________</w:t>
            </w:r>
          </w:p>
        </w:tc>
      </w:tr>
      <w:tr w:rsidR="0095583F" w14:paraId="13F6E3FF" w14:textId="77777777">
        <w:trPr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05C1D3" w14:textId="77777777" w:rsidR="0095583F" w:rsidRDefault="00000000">
            <w:pPr>
              <w:spacing w:after="0" w:line="240" w:lineRule="auto"/>
            </w:pPr>
            <w:r>
              <w:t>Organization or practice  __________________________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E98097" w14:textId="77777777" w:rsidR="0095583F" w:rsidRDefault="00000000">
            <w:pPr>
              <w:spacing w:after="0" w:line="240" w:lineRule="auto"/>
            </w:pPr>
            <w:r>
              <w:t>Role or department  ______________________________</w:t>
            </w:r>
          </w:p>
        </w:tc>
      </w:tr>
      <w:tr w:rsidR="0095583F" w14:paraId="3F3E43A4" w14:textId="77777777">
        <w:trPr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955787" w14:textId="77777777" w:rsidR="0095583F" w:rsidRDefault="00000000">
            <w:pPr>
              <w:spacing w:after="0" w:line="240" w:lineRule="auto"/>
            </w:pPr>
            <w:r>
              <w:t>Phone  __________________________________________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4B77C2" w14:textId="77777777" w:rsidR="0095583F" w:rsidRDefault="00000000">
            <w:pPr>
              <w:spacing w:after="0" w:line="240" w:lineRule="auto"/>
            </w:pPr>
            <w:r>
              <w:t>Fax or secure email  ______________________________</w:t>
            </w:r>
          </w:p>
        </w:tc>
      </w:tr>
      <w:tr w:rsidR="0095583F" w14:paraId="1BA1FE1A" w14:textId="77777777">
        <w:trPr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B5BAAD" w14:textId="77777777" w:rsidR="0095583F" w:rsidRDefault="00000000">
            <w:pPr>
              <w:spacing w:after="0" w:line="240" w:lineRule="auto"/>
            </w:pPr>
            <w:r>
              <w:t>Address  _________________________________________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C75F5C" w14:textId="77777777" w:rsidR="0095583F" w:rsidRDefault="00000000">
            <w:pPr>
              <w:spacing w:after="0" w:line="240" w:lineRule="auto"/>
            </w:pPr>
            <w:r>
              <w:t>City and postal code  _____________________________</w:t>
            </w:r>
          </w:p>
        </w:tc>
      </w:tr>
    </w:tbl>
    <w:p w14:paraId="309DEF55" w14:textId="77777777" w:rsidR="0095583F" w:rsidRDefault="00000000">
      <w:pPr>
        <w:spacing w:after="40" w:line="240" w:lineRule="auto"/>
      </w:pPr>
      <w:r>
        <w:t>Preferred follow-up:   ☐ Confirmation received   ☐ Client accepted   ☐ Client declined/unreachable   ☐ Consultation requested</w:t>
      </w:r>
    </w:p>
    <w:p w14:paraId="35F35916" w14:textId="77777777" w:rsidR="0095583F" w:rsidRDefault="00000000">
      <w:pPr>
        <w:spacing w:after="0" w:line="240" w:lineRule="auto"/>
      </w:pPr>
      <w:r>
        <w:t>Referrer signature: ______________________________________   Date: ______________________________</w:t>
      </w:r>
    </w:p>
    <w:p w14:paraId="53AD663A" w14:textId="77777777" w:rsidR="0095583F" w:rsidRDefault="00000000">
      <w:pPr>
        <w:pStyle w:val="Heading1"/>
        <w:shd w:val="clear" w:color="auto" w:fill="EAF2F6"/>
        <w:spacing w:before="100"/>
        <w:ind w:left="86"/>
      </w:pPr>
      <w:r>
        <w:t>Submit Referral</w:t>
      </w:r>
    </w:p>
    <w:p w14:paraId="3E37929E" w14:textId="77777777" w:rsidR="0095583F" w:rsidRDefault="00000000">
      <w:pPr>
        <w:spacing w:after="40" w:line="240" w:lineRule="auto"/>
      </w:pPr>
      <w:r>
        <w:rPr>
          <w:b/>
        </w:rPr>
        <w:t xml:space="preserve">Email: </w:t>
      </w:r>
      <w:r>
        <w:t xml:space="preserve">contact@hellosocialworkers.ca     </w:t>
      </w:r>
      <w:r>
        <w:rPr>
          <w:b/>
        </w:rPr>
        <w:t xml:space="preserve">Website: </w:t>
      </w:r>
      <w:r>
        <w:t>www.hellosocialworkers.ca</w:t>
      </w:r>
    </w:p>
    <w:p w14:paraId="75007F2D" w14:textId="77777777" w:rsidR="0095583F" w:rsidRDefault="00000000">
      <w:pPr>
        <w:spacing w:line="240" w:lineRule="auto"/>
      </w:pPr>
      <w:r>
        <w:t>Phone: ______________________________   Secure fax (if available): ______________________________</w:t>
      </w:r>
    </w:p>
    <w:p w14:paraId="2F1BE200" w14:textId="77777777" w:rsidR="0095583F" w:rsidRDefault="00000000">
      <w:pPr>
        <w:spacing w:after="0" w:line="240" w:lineRule="auto"/>
      </w:pPr>
      <w:r>
        <w:t>Please use a secure method to transmit personal health information. We will contact the client to discuss service suitability, availability, fees or funding, and next steps.</w:t>
      </w:r>
    </w:p>
    <w:sectPr w:rsidR="0095583F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F17E3" w14:textId="77777777" w:rsidR="00294369" w:rsidRDefault="00294369">
      <w:pPr>
        <w:spacing w:after="0" w:line="240" w:lineRule="auto"/>
      </w:pPr>
      <w:r>
        <w:separator/>
      </w:r>
    </w:p>
  </w:endnote>
  <w:endnote w:type="continuationSeparator" w:id="0">
    <w:p w14:paraId="53B0BED3" w14:textId="77777777" w:rsidR="00294369" w:rsidRDefault="00294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D4F00" w14:textId="77777777" w:rsidR="0095583F" w:rsidRDefault="00000000">
    <w:pPr>
      <w:pStyle w:val="Footer"/>
      <w:jc w:val="center"/>
    </w:pPr>
    <w:r>
      <w:rPr>
        <w:color w:val="5A5A5A"/>
        <w:sz w:val="16"/>
      </w:rPr>
      <w:t>Hello Social Workers | Healthcare Professional Referral Form | www.hellosocialworkers.ca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51B2D" w14:textId="77777777" w:rsidR="00294369" w:rsidRDefault="00294369">
      <w:pPr>
        <w:spacing w:after="0" w:line="240" w:lineRule="auto"/>
      </w:pPr>
      <w:r>
        <w:separator/>
      </w:r>
    </w:p>
  </w:footnote>
  <w:footnote w:type="continuationSeparator" w:id="0">
    <w:p w14:paraId="4FCF745F" w14:textId="77777777" w:rsidR="00294369" w:rsidRDefault="00294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8917174">
    <w:abstractNumId w:val="8"/>
  </w:num>
  <w:num w:numId="2" w16cid:durableId="1861309205">
    <w:abstractNumId w:val="6"/>
  </w:num>
  <w:num w:numId="3" w16cid:durableId="587154330">
    <w:abstractNumId w:val="5"/>
  </w:num>
  <w:num w:numId="4" w16cid:durableId="1517575121">
    <w:abstractNumId w:val="4"/>
  </w:num>
  <w:num w:numId="5" w16cid:durableId="414475015">
    <w:abstractNumId w:val="7"/>
  </w:num>
  <w:num w:numId="6" w16cid:durableId="900604705">
    <w:abstractNumId w:val="3"/>
  </w:num>
  <w:num w:numId="7" w16cid:durableId="1901745404">
    <w:abstractNumId w:val="2"/>
  </w:num>
  <w:num w:numId="8" w16cid:durableId="2098207578">
    <w:abstractNumId w:val="1"/>
  </w:num>
  <w:num w:numId="9" w16cid:durableId="1199396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4369"/>
    <w:rsid w:val="0029639D"/>
    <w:rsid w:val="00326F90"/>
    <w:rsid w:val="005604EF"/>
    <w:rsid w:val="006D37DC"/>
    <w:rsid w:val="0095583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3DDAD8"/>
  <w14:defaultImageDpi w14:val="300"/>
  <w15:docId w15:val="{54048EFE-0735-456D-826B-1CDABF2CD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ptos" w:hAnsi="Aptos"/>
      <w:color w:val="202020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Hello Social Workers Healthcare Professional Referral Form</dc:title>
  <dc:subject>Referral form for healthcare professionals</dc:subject>
  <dc:creator>Hello Social Workers</dc:creator>
  <cp:keywords/>
  <dc:description>generated by python-docx</dc:description>
  <cp:lastModifiedBy>Chandra M</cp:lastModifiedBy>
  <cp:revision>2</cp:revision>
  <dcterms:created xsi:type="dcterms:W3CDTF">2026-09-27T16:22:00Z</dcterms:created>
  <dcterms:modified xsi:type="dcterms:W3CDTF">2026-09-27T16:22:00Z</dcterms:modified>
  <cp:category/>
</cp:coreProperties>
</file>